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7920"/>
        <w:gridCol w:w="2160"/>
      </w:tblGrid>
      <w:tr>
        <w:tc>
          <w:tcPr>
            <w:tcW w:type="dxa" w:w="7920"/>
            <w:tcMar>
              <w:top w:w="40" w:type="dxa"/>
              <w:start w:w="20" w:type="dxa"/>
              <w:bottom w:w="40" w:type="dxa"/>
              <w:end w:w="20" w:type="dxa"/>
            </w:tcMar>
            <w:vAlign w:val="center"/>
          </w:tcPr>
          <w:p>
            <w:pPr>
              <w:pStyle w:val="Title"/>
            </w:pPr>
            <w:r>
              <w:t>Joeys Fireworks Show Inquiry Form</w:t>
            </w:r>
          </w:p>
          <w:p>
            <w:pPr>
              <w:spacing w:before="60"/>
            </w:pPr>
            <w:r>
              <w:t>Professional fireworks displays and event services</w:t>
            </w:r>
            <w:r>
              <w:rPr>
                <w:b/>
              </w:rPr>
              <w:t xml:space="preserve">  |  Since 1984</w:t>
            </w:r>
          </w:p>
        </w:tc>
        <w:tc>
          <w:tcPr>
            <w:tcW w:type="dxa" w:w="2160"/>
            <w:tcMar>
              <w:top w:w="40" w:type="dxa"/>
              <w:start w:w="20" w:type="dxa"/>
              <w:bottom w:w="40" w:type="dxa"/>
              <w:end w:w="2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97280" cy="10972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oeys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97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</w:pPr>
      <w:r>
        <w:rPr>
          <w:b/>
        </w:rPr>
        <w:t xml:space="preserve">Tell us about your event. </w:t>
      </w:r>
      <w:r>
        <w:t>Complete as much as you can. We will follow up to discuss availability, site requirements, permitting, show design, and pricing. Submission of this form does not reserve a date or create a contract.</w:t>
      </w:r>
    </w:p>
    <w:p>
      <w:pPr>
        <w:spacing w:before="200" w:after="140"/>
      </w:pPr>
      <w:r>
        <w:rPr>
          <w:b/>
          <w:color w:val="000000"/>
          <w:sz w:val="28"/>
        </w:rPr>
        <w:t>Client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Name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Organization or company</w:t>
            </w:r>
          </w:p>
          <w:p>
            <w:r>
              <w:t>________________________________________________</w:t>
            </w:r>
          </w:p>
        </w:tc>
      </w:tr>
      <w:tr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Email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Phone</w:t>
            </w:r>
          </w:p>
          <w:p>
            <w:r>
              <w:t>________________________________________________</w:t>
            </w:r>
          </w:p>
        </w:tc>
      </w:tr>
      <w:tr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Preferred contact  ☐ Phone  ☐ Email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9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</w:rPr>
              <w:t>Best time to reach you</w:t>
            </w:r>
          </w:p>
          <w:p>
            <w:r>
              <w:t>________________________________________________</w:t>
            </w:r>
          </w:p>
        </w:tc>
      </w:tr>
    </w:tbl>
    <w:p>
      <w:pPr>
        <w:spacing w:before="200" w:after="140"/>
      </w:pPr>
      <w:r>
        <w:rPr>
          <w:b/>
          <w:color w:val="000000"/>
          <w:sz w:val="28"/>
        </w:rPr>
        <w:t>Event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Event name and type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Requested event date</w:t>
            </w:r>
          </w:p>
          <w:p>
            <w:r>
              <w:t>________________________________________________</w:t>
            </w:r>
          </w:p>
        </w:tc>
      </w:tr>
      <w:tr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Venue name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Venue address</w:t>
            </w:r>
          </w:p>
          <w:p>
            <w:r>
              <w:t>________________________________________________</w:t>
            </w:r>
          </w:p>
        </w:tc>
      </w:tr>
      <w:tr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Estimated attendance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Preferred show start time</w:t>
            </w:r>
          </w:p>
          <w:p>
            <w:r>
              <w:t>________________________________________________</w:t>
            </w:r>
          </w:p>
        </w:tc>
      </w:tr>
      <w:tr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Estimated budget or range</w:t>
            </w:r>
          </w:p>
          <w:p>
            <w:r>
              <w:t>________________________________________________</w:t>
            </w:r>
          </w:p>
        </w:tc>
        <w:tc>
          <w:tcPr>
            <w:tcW w:type="dxa" w:w="5040"/>
            <w:tcMar>
              <w:top w:w="80" w:type="dxa"/>
              <w:start w:w="140" w:type="dxa"/>
              <w:bottom w:w="110" w:type="dxa"/>
              <w:end w:w="140" w:type="dxa"/>
            </w:tcMar>
            <w:vAlign w:val="center"/>
          </w:tcPr>
          <w:p>
            <w:r>
              <w:rPr>
                <w:b/>
              </w:rPr>
              <w:t>Rain date if applicable</w:t>
            </w:r>
          </w:p>
          <w:p>
            <w:r>
              <w:t>________________________________________________</w:t>
            </w:r>
          </w:p>
        </w:tc>
      </w:tr>
    </w:tbl>
    <w:p>
      <w:pPr>
        <w:spacing w:before="200" w:after="140"/>
      </w:pPr>
      <w:r>
        <w:rPr>
          <w:b/>
          <w:color w:val="000000"/>
          <w:sz w:val="28"/>
        </w:rPr>
        <w:t>Show goals</w:t>
      </w:r>
    </w:p>
    <w:p>
      <w:pPr>
        <w:spacing w:after="160"/>
      </w:pPr>
      <w:r>
        <w:rPr>
          <w:b/>
        </w:rPr>
        <w:t>What best describes the event  ☐ Community celebration  ☐ Private event  ☐ Wedding  ☐ Corporate event  ☐ Sports event  ☐ Other</w:t>
      </w:r>
    </w:p>
    <w:p>
      <w:pPr>
        <w:spacing w:after="40"/>
      </w:pPr>
      <w:r>
        <w:rPr>
          <w:b/>
          <w:sz w:val="21"/>
        </w:rPr>
        <w:t>Describe the experience you want</w:t>
      </w:r>
      <w:r>
        <w:rPr>
          <w:color w:val="646464"/>
          <w:sz w:val="18"/>
        </w:rPr>
        <w:t xml:space="preserve">  Include desired length, colors, music, theme, finale style, or special moments</w:t>
      </w:r>
    </w:p>
    <w:p>
      <w:pPr>
        <w:spacing w:after="180" w:line="192" w:lineRule="auto"/>
      </w:pPr>
      <w:r>
        <w:rPr>
          <w:color w:val="969696"/>
          <w:sz w:val="18"/>
        </w:rPr>
        <w:t>________________________________________________________________________________</w:t>
      </w:r>
    </w:p>
    <w:p>
      <w:pPr>
        <w:spacing w:before="200" w:after="140"/>
      </w:pPr>
      <w:r>
        <w:rPr>
          <w:b/>
          <w:color w:val="000000"/>
          <w:sz w:val="28"/>
        </w:rPr>
        <w:t>Site and planning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84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rPr>
                <w:b/>
              </w:rPr>
              <w:t>Do you control or have permission to use the property</w:t>
            </w:r>
          </w:p>
        </w:tc>
        <w:tc>
          <w:tcPr>
            <w:tcW w:type="dxa" w:w="4896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t>☐ Yes  ☐ No  ☐ Unsure</w:t>
            </w:r>
          </w:p>
        </w:tc>
      </w:tr>
      <w:tr>
        <w:tc>
          <w:tcPr>
            <w:tcW w:type="dxa" w:w="5184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  <w:shd w:fill="EDF2F6"/>
          </w:tcPr>
          <w:p>
            <w:r>
              <w:rPr>
                <w:b/>
              </w:rPr>
              <w:t>Has a fireworks show been held at this location before</w:t>
            </w:r>
          </w:p>
        </w:tc>
        <w:tc>
          <w:tcPr>
            <w:tcW w:type="dxa" w:w="4896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  <w:shd w:fill="EDF2F6"/>
          </w:tcPr>
          <w:p>
            <w:r>
              <w:t>☐ Yes  ☐ No  ☐ Unsure</w:t>
            </w:r>
          </w:p>
        </w:tc>
      </w:tr>
      <w:tr>
        <w:tc>
          <w:tcPr>
            <w:tcW w:type="dxa" w:w="5184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rPr>
                <w:b/>
              </w:rPr>
              <w:t>Nearby buildings roads trees or hazards</w:t>
            </w:r>
          </w:p>
        </w:tc>
        <w:tc>
          <w:tcPr>
            <w:tcW w:type="dxa" w:w="4896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t>________________________________________________</w:t>
            </w:r>
          </w:p>
        </w:tc>
      </w:tr>
      <w:tr>
        <w:tc>
          <w:tcPr>
            <w:tcW w:type="dxa" w:w="5184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  <w:shd w:fill="EDF2F6"/>
          </w:tcPr>
          <w:p>
            <w:r>
              <w:rPr>
                <w:b/>
              </w:rPr>
              <w:t>Available setup and safety area</w:t>
            </w:r>
          </w:p>
        </w:tc>
        <w:tc>
          <w:tcPr>
            <w:tcW w:type="dxa" w:w="4896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  <w:shd w:fill="EDF2F6"/>
          </w:tcPr>
          <w:p>
            <w:r>
              <w:t>________________________________________________</w:t>
            </w:r>
          </w:p>
        </w:tc>
      </w:tr>
      <w:tr>
        <w:tc>
          <w:tcPr>
            <w:tcW w:type="dxa" w:w="5184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rPr>
                <w:b/>
              </w:rPr>
              <w:t>Venue or property contact name and phone</w:t>
            </w:r>
          </w:p>
        </w:tc>
        <w:tc>
          <w:tcPr>
            <w:tcW w:type="dxa" w:w="4896"/>
            <w:tcMar>
              <w:top w:w="130" w:type="dxa"/>
              <w:start w:w="140" w:type="dxa"/>
              <w:bottom w:w="180" w:type="dxa"/>
              <w:end w:w="140" w:type="dxa"/>
            </w:tcMar>
            <w:vAlign w:val="center"/>
          </w:tcPr>
          <w:p>
            <w:r>
              <w:t>________________________________________________</w:t>
            </w:r>
          </w:p>
        </w:tc>
      </w:tr>
    </w:tbl>
    <w:p>
      <w:pPr>
        <w:spacing w:before="200" w:after="140"/>
      </w:pPr>
      <w:r>
        <w:rPr>
          <w:b/>
          <w:color w:val="000000"/>
          <w:sz w:val="28"/>
        </w:rPr>
        <w:t>Schedule and event coordination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32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b/>
              </w:rPr>
              <w:t>Key timing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i/>
              </w:rPr>
              <w:t>Guest arrival ceremony game ending or speeches</w:t>
            </w:r>
          </w:p>
          <w:p>
            <w:r>
              <w:t>____________________________________________________________</w:t>
            </w:r>
          </w:p>
        </w:tc>
      </w:tr>
      <w:tr>
        <w:tc>
          <w:tcPr>
            <w:tcW w:type="dxa" w:w="32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  <w:shd w:fill="EDF2F6"/>
          </w:tcPr>
          <w:p>
            <w:r>
              <w:rPr>
                <w:b/>
              </w:rPr>
              <w:t>On site event contact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  <w:shd w:fill="EDF2F6"/>
          </w:tcPr>
          <w:p>
            <w:r>
              <w:rPr>
                <w:i/>
              </w:rPr>
              <w:t>Name and mobile number</w:t>
            </w:r>
          </w:p>
          <w:p>
            <w:r>
              <w:t>____________________________________________________________</w:t>
            </w:r>
          </w:p>
        </w:tc>
      </w:tr>
      <w:tr>
        <w:tc>
          <w:tcPr>
            <w:tcW w:type="dxa" w:w="32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b/>
              </w:rPr>
              <w:t>Additional requests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i/>
              </w:rPr>
              <w:t>Questions special moments or supporting materials</w:t>
            </w:r>
          </w:p>
          <w:p>
            <w: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64646"/>
        <w:sz w:val="17"/>
      </w:rPr>
      <w:t>Joeys Fireworks  |  Since 1984  |  864-848-3833  |  jmccra1671@gmail.com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